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" w:name="示例文档"/>
    <w:p>
      <w:pPr>
        <w:pStyle w:val="Heading1"/>
      </w:pPr>
      <w:r>
        <w:rPr>
          <w:rFonts w:hint="eastAsia"/>
        </w:rPr>
        <w:t xml:space="preserve">示例文档</w:t>
      </w:r>
    </w:p>
    <w:p>
      <w:pPr>
        <w:pStyle w:val="FirstParagraph"/>
      </w:pPr>
      <w:r>
        <w:rPr>
          <w:rFonts w:hint="eastAsia"/>
        </w:rPr>
        <w:t xml:space="preserve">这是一份使用默认</w:t>
      </w:r>
      <w:r>
        <w:t xml:space="preserve"> Word </w:t>
      </w:r>
      <w:r>
        <w:rPr>
          <w:rFonts w:hint="eastAsia"/>
        </w:rPr>
        <w:t xml:space="preserve">模板生成的示例文档，展示基础排版效果。</w:t>
      </w:r>
    </w:p>
    <w:bookmarkStart w:id="10" w:name="二级标题"/>
    <w:p>
      <w:pPr>
        <w:pStyle w:val="Heading2"/>
      </w:pPr>
      <w:r>
        <w:rPr>
          <w:rFonts w:hint="eastAsia"/>
        </w:rPr>
        <w:t xml:space="preserve">二级标题</w:t>
      </w:r>
    </w:p>
    <w:p>
      <w:pPr>
        <w:pStyle w:val="FirstParagraph"/>
      </w:pPr>
      <w:r>
        <w:t xml:space="preserve">Lorem ipsum dolor sit amet, consectetur adipiscing elit. Sed do eiusmod tempor incididunt ut labore et dolore magna aliqua.</w:t>
      </w:r>
    </w:p>
    <w:bookmarkStart w:id="9" w:name="三级标题"/>
    <w:p>
      <w:pPr>
        <w:pStyle w:val="Heading3"/>
      </w:pPr>
      <w:r>
        <w:rPr>
          <w:rFonts w:hint="eastAsia"/>
        </w:rPr>
        <w:t xml:space="preserve">三级标题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无序列表项一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无序列表项二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无序列表项三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有序列表项一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有序列表项二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有序列表项三</w:t>
      </w:r>
    </w:p>
    <w:p>
      <w:pPr>
        <w:pStyle w:val="FirstParagraph"/>
      </w:pPr>
      <w:r>
        <w:rPr>
          <w:rFonts w:hint="eastAsia"/>
          <w:b/>
          <w:bCs/>
        </w:rPr>
        <w:t xml:space="preserve">粗体文字</w:t>
      </w:r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w:r>
        <w:rPr>
          <w:rFonts w:hint="eastAsia"/>
          <w:i/>
          <w:iCs/>
        </w:rPr>
        <w:t xml:space="preserve">斜体文字</w:t>
      </w:r>
      <w:r>
        <w:t xml:space="preserve"> </w:t>
      </w:r>
      <w:r>
        <w:rPr>
          <w:rFonts w:hint="eastAsia"/>
        </w:rPr>
        <w:t xml:space="preserve">的混排效果。</w:t>
      </w:r>
    </w:p>
    <w:p>
      <w:pPr>
        <w:pStyle w:val="BlockText"/>
      </w:pPr>
      <w:r>
        <w:rPr>
          <w:rFonts w:hint="eastAsia"/>
        </w:rPr>
        <w:t xml:space="preserve">这是一段引用文本，用于展示引用样式。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1" w:name="表格"/>
    <w:p>
      <w:pPr>
        <w:pStyle w:val="Heading2"/>
      </w:pPr>
      <w:r>
        <w:rPr>
          <w:rFonts w:hint="eastAsia"/>
        </w:rPr>
        <w:t xml:space="preserve">表格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姓名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中山大学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李四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清华大学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副教授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王五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北京大学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讲师</w:t>
            </w:r>
          </w:p>
        </w:tc>
      </w:tr>
    </w:tbl>
    <w:bookmarkEnd w:id="11"/>
    <w:bookmarkEnd w:id="12"/>
    <w:sectPr w:rsidR="00FC693F" w:rsidRPr="0006063C" w:rsidSect="00034616">
      <w:pgSz w:h="16838" w:w="11906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0" w:before="120" w:line="312" w:lineRule="auto"/>
      <w:ind w:firstLine="420"/>
      <w:jc w:val="both"/>
    </w:pPr>
    <w:rPr>
      <w:rFonts w:ascii="Cambria" w:eastAsia="SimSun" w:hAnsi="Cambria"/>
      <w:b w:val="0"/>
      <w:i w:val="0"/>
      <w:sz w:val="24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jc w:val="left"/>
      <w:outlineLvl w:val="0"/>
      <w:ind w:firstLine="0" w:left="0"/>
    </w:pPr>
    <w:rPr>
      <w:rFonts w:ascii="Cambria" w:asciiTheme="majorHAnsi" w:cstheme="majorBidi" w:eastAsia="SimSun" w:eastAsiaTheme="majorEastAsia" w:hAnsi="Cambria" w:hAnsiTheme="majorHAnsi"/>
      <w:b/>
      <w:bCs/>
      <w:i w:val="0"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jc w:val="left"/>
      <w:outlineLvl w:val="1"/>
      <w:ind w:firstLine="0" w:left="0"/>
    </w:pPr>
    <w:rPr>
      <w:rFonts w:ascii="Cambria" w:asciiTheme="majorHAnsi" w:cstheme="majorBidi" w:eastAsia="SimSun" w:eastAsiaTheme="majorEastAsia" w:hAnsi="Cambria" w:hAnsiTheme="majorHAnsi"/>
      <w:b/>
      <w:bCs/>
      <w:i w:val="0"/>
      <w:color w:themeColor="accent1" w:val="4F81BD"/>
      <w:sz w:val="24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120" w:before="240"/>
      <w:jc w:val="left"/>
      <w:outlineLvl w:val="2"/>
      <w:ind w:firstLine="0" w:left="0"/>
    </w:pPr>
    <w:rPr>
      <w:rFonts w:ascii="Cambria" w:asciiTheme="majorHAnsi" w:cstheme="majorBidi" w:eastAsia="SimSun" w:eastAsiaTheme="majorEastAsia" w:hAnsi="Cambria" w:hAnsiTheme="majorHAnsi"/>
      <w:b/>
      <w:bCs/>
      <w:i/>
      <w:color w:themeColor="accent1" w:val="4F81BD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240" w:before="480" w:line="240" w:lineRule="auto"/>
      <w:contextualSpacing/>
      <w:jc w:val="center"/>
    </w:pPr>
    <w:rPr>
      <w:rFonts w:ascii="Cambria" w:asciiTheme="majorHAnsi" w:cstheme="majorBidi" w:eastAsia="SimSun" w:eastAsiaTheme="majorEastAsia" w:hAnsi="Cambria" w:hAnsiTheme="majorHAnsi"/>
      <w:b/>
      <w:i w:val="0"/>
      <w:color w:themeColor="text2" w:themeShade="BF" w:val="17365D"/>
      <w:spacing w:val="5"/>
      <w:kern w:val="28"/>
      <w:sz w:val="36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after="120" w:before="120" w:line="240" w:lineRule="auto"/>
      <w:jc w:val="center"/>
    </w:pPr>
    <w:rPr>
      <w:rFonts w:ascii="Cambria" w:eastAsia="SimSun" w:hAnsi="Cambria"/>
      <w:b w:val="0"/>
      <w:bCs/>
      <w:i w:val="0"/>
      <w:color w:themeColor="accent1" w:val="4F81BD"/>
      <w:sz w:val="22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References" w:type="paragraph">
    <w:name w:val="References"/>
    <w:pPr>
      <w:spacing w:after="0" w:before="0" w:line="312" w:lineRule="auto"/>
      <w:ind w:hanging="420" w:left="420"/>
      <w:jc w:val="both"/>
    </w:pPr>
    <w:rPr>
      <w:rFonts w:ascii="Cambria" w:eastAsia="SimSun" w:hAnsi="Cambria"/>
      <w:b w:val="0"/>
      <w:i w:val="0"/>
      <w:sz w:val="2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2026-05-03T13:49:30Z</dcterms:created>
  <dcterms:modified xsi:type="dcterms:W3CDTF">2026-05-03T13:49:30Z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