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审稿意见"/>
    <w:p>
      <w:pPr>
        <w:pStyle w:val="Heading1"/>
        <w:suppressAutoHyphens/>
      </w:pPr>
      <w:r>
        <w:rPr>
          <w:rFonts w:hint="eastAsia"/>
        </w:rPr>
        <w:t xml:space="preserve">审稿意见</w:t>
      </w:r>
    </w:p>
    <w:p>
      <w:pPr>
        <w:pStyle w:val="FirstParagraph"/>
        <w:suppressAutoHyphens/>
      </w:pPr>
      <w:r>
        <w:rPr>
          <w:rFonts w:hint="eastAsia"/>
          <w:b/>
          <w:bCs/>
        </w:rPr>
        <w:t xml:space="preserve">稿件编号</w:t>
      </w:r>
      <w:r>
        <w:t xml:space="preserve">: PT-2024-001</w:t>
      </w:r>
    </w:p>
    <w:p>
      <w:pPr>
        <w:pStyle w:val="BodyText"/>
        <w:suppressAutoHyphens/>
      </w:pPr>
      <w:r>
        <w:rPr>
          <w:rFonts w:hint="eastAsia"/>
          <w:b/>
          <w:bCs/>
        </w:rPr>
        <w:t xml:space="preserve">题目</w:t>
      </w:r>
      <w:r>
        <w:t xml:space="preserve">: </w:t>
      </w:r>
      <w:r>
        <w:rPr>
          <w:rFonts w:hint="eastAsia"/>
        </w:rPr>
        <w:t xml:space="preserve">颗粒材料剪切带演化规律的离散元模拟研究</w:t>
      </w:r>
    </w:p>
    <w:p>
      <w:pPr>
        <w:pStyle w:val="BodyText"/>
        <w:suppressAutoHyphens/>
      </w:pPr>
      <w:r>
        <w:rPr>
          <w:rFonts w:hint="eastAsia"/>
          <w:b/>
          <w:bCs/>
        </w:rPr>
        <w:t xml:space="preserve">审稿结论</w:t>
      </w:r>
      <w:r>
        <w:t xml:space="preserve">: </w:t>
      </w:r>
      <w:r>
        <w:rPr>
          <w:rFonts w:hint="eastAsia"/>
        </w:rPr>
        <w:t xml:space="preserve">修改后发表</w:t>
      </w:r>
    </w:p>
    <w:p>
      <w:pPr>
        <w:pStyle w:val="HorizontalRule"/>
        <w:ind w:firstLine="0"/>
        <w:suppressAutoHyphens/>
      </w:pPr>
      <w:r>
        <w:pict>
          <v:rect style="width:0;height:1.5pt" o:hralign="center" o:hrstd="t" o:hr="t"/>
        </w:pict>
      </w:r>
    </w:p>
    <w:bookmarkStart w:id="9" w:name="总体评价"/>
    <w:p>
      <w:pPr>
        <w:pStyle w:val="Heading2"/>
        <w:suppressAutoHyphens/>
      </w:pPr>
      <w:r>
        <w:rPr>
          <w:rFonts w:hint="eastAsia"/>
        </w:rPr>
        <w:t xml:space="preserve">总体评价</w:t>
      </w:r>
    </w:p>
    <w:p>
      <w:pPr>
        <w:pStyle w:val="FirstParagraph"/>
        <w:suppressAutoHyphens/>
      </w:pPr>
      <w:r>
        <w:rPr>
          <w:rFonts w:hint="eastAsia"/>
        </w:rPr>
        <w:t xml:space="preserve">本文采用离散元方法（DEM）对颗粒材料在剪切过程中的剪切带演化规律进行了系统研究，选题具有较强的理论意义和工程应用价值。数值模拟方案设计合理，结果分析较为深入。建议在以下方面进行修改完善：</w:t>
      </w:r>
    </w:p>
    <w:bookmarkEnd w:id="9"/>
    <w:bookmarkStart w:id="13" w:name="具体意见"/>
    <w:p>
      <w:pPr>
        <w:pStyle w:val="Heading2"/>
        <w:suppressAutoHyphens/>
      </w:pPr>
      <w:r>
        <w:rPr>
          <w:rFonts w:hint="eastAsia"/>
        </w:rPr>
        <w:t xml:space="preserve">具体意见</w:t>
      </w:r>
    </w:p>
    <w:bookmarkStart w:id="10" w:name="关于模型参数选取"/>
    <w:p>
      <w:pPr>
        <w:pStyle w:val="Heading3"/>
        <w:suppressAutoHyphens/>
      </w:pPr>
      <w:r>
        <w:t xml:space="preserve">1. </w:t>
      </w:r>
      <w:r>
        <w:rPr>
          <w:rFonts w:hint="eastAsia"/>
        </w:rPr>
        <w:t xml:space="preserve">关于模型参数选取</w:t>
      </w:r>
    </w:p>
    <w:p>
      <w:pPr>
        <w:pStyle w:val="FirstParagraph"/>
        <w:suppressAutoHyphens/>
      </w:pPr>
      <w:r>
        <w:rPr>
          <w:rFonts w:hint="eastAsia"/>
        </w:rPr>
        <w:t xml:space="preserve">第</w:t>
      </w:r>
      <w:r>
        <w:t xml:space="preserve"> 3.2 </w:t>
      </w:r>
      <w:r>
        <w:rPr>
          <w:rFonts w:hint="eastAsia"/>
        </w:rPr>
        <w:t xml:space="preserve">节中颗粒接触参数的选取依据不够充分。建议补充参数标定过程，或引用相关文献说明参数取值的合理性。</w:t>
      </w:r>
    </w:p>
    <w:bookmarkEnd w:id="10"/>
    <w:bookmarkStart w:id="11" w:name="关于结果讨论"/>
    <w:p>
      <w:pPr>
        <w:pStyle w:val="Heading3"/>
        <w:suppressAutoHyphens/>
      </w:pPr>
      <w:r>
        <w:t xml:space="preserve">2. </w:t>
      </w:r>
      <w:r>
        <w:rPr>
          <w:rFonts w:hint="eastAsia"/>
        </w:rPr>
        <w:t xml:space="preserve">关于结果讨论</w:t>
      </w:r>
    </w:p>
    <w:p>
      <w:pPr>
        <w:pStyle w:val="FirstParagraph"/>
        <w:suppressAutoHyphens/>
      </w:pPr>
      <w:r>
        <w:rPr>
          <w:rFonts w:hint="eastAsia"/>
        </w:rPr>
        <w:t xml:space="preserve">图</w:t>
      </w:r>
      <w:r>
        <w:t xml:space="preserve"> 5 </w:t>
      </w:r>
      <w:r>
        <w:rPr>
          <w:rFonts w:hint="eastAsia"/>
        </w:rPr>
        <w:t xml:space="preserve">所示的剪切带厚度随围压变化的趋势与文献</w:t>
      </w:r>
      <w:r>
        <w:t xml:space="preserve"> [12] </w:t>
      </w:r>
      <w:r>
        <w:rPr>
          <w:rFonts w:hint="eastAsia"/>
        </w:rPr>
        <w:t xml:space="preserve">的实验结果存在差异，作者未对此进行讨论。请补充分析可能的原因。</w:t>
      </w:r>
    </w:p>
    <w:bookmarkEnd w:id="11"/>
    <w:bookmarkStart w:id="12" w:name="关于格式规范"/>
    <w:p>
      <w:pPr>
        <w:pStyle w:val="Heading3"/>
        <w:suppressAutoHyphens/>
      </w:pPr>
      <w:r>
        <w:t xml:space="preserve">3. </w:t>
      </w:r>
      <w:r>
        <w:rPr>
          <w:rFonts w:hint="eastAsia"/>
        </w:rPr>
        <w:t xml:space="preserve">关于格式规范</w:t>
      </w:r>
    </w:p>
    <w:p>
      <w:pPr>
        <w:pStyle w:val="Compact"/>
        <w:numPr>
          <w:ilvl w:val="0"/>
          <w:numId w:val="1001"/>
        </w:numPr>
        <w:suppressAutoHyphens/>
      </w:pPr>
      <w:r>
        <w:rPr>
          <w:rFonts w:hint="eastAsia"/>
        </w:rPr>
        <w:t xml:space="preserve">公式编号不连续，请检查并统一</w:t>
      </w:r>
    </w:p>
    <w:p>
      <w:pPr>
        <w:pStyle w:val="Compact"/>
        <w:numPr>
          <w:ilvl w:val="0"/>
          <w:numId w:val="1001"/>
        </w:numPr>
        <w:suppressAutoHyphens/>
      </w:pPr>
      <w:r>
        <w:rPr>
          <w:rFonts w:hint="eastAsia"/>
        </w:rPr>
        <w:t xml:space="preserve">部分参考文献格式不符合期刊要求</w:t>
      </w:r>
    </w:p>
    <w:p>
      <w:pPr>
        <w:pStyle w:val="Compact"/>
        <w:numPr>
          <w:ilvl w:val="0"/>
          <w:numId w:val="1001"/>
        </w:numPr>
        <w:suppressAutoHyphens/>
      </w:pPr>
      <w:r>
        <w:rPr>
          <w:rFonts w:hint="eastAsia"/>
        </w:rPr>
        <w:t xml:space="preserve">图注缺少数据来源说明</w:t>
      </w:r>
    </w:p>
    <w:bookmarkEnd w:id="12"/>
    <w:bookmarkEnd w:id="13"/>
    <w:bookmarkStart w:id="14" w:name="次要意见"/>
    <w:p>
      <w:pPr>
        <w:pStyle w:val="Heading2"/>
        <w:suppressAutoHyphens/>
      </w:pPr>
      <w:r>
        <w:rPr>
          <w:rFonts w:hint="eastAsia"/>
        </w:rPr>
        <w:t xml:space="preserve">次要意见</w:t>
      </w:r>
    </w:p>
    <w:p>
      <w:pPr>
        <w:pStyle w:val="Compact"/>
        <w:numPr>
          <w:ilvl w:val="0"/>
          <w:numId w:val="1002"/>
        </w:numPr>
        <w:suppressAutoHyphens/>
      </w:pPr>
      <w:r>
        <w:rPr>
          <w:rFonts w:hint="eastAsia"/>
        </w:rPr>
        <w:t xml:space="preserve">摘要中”首次提出了”表述过于绝对，建议修改</w:t>
      </w:r>
    </w:p>
    <w:p>
      <w:pPr>
        <w:pStyle w:val="Compact"/>
        <w:numPr>
          <w:ilvl w:val="0"/>
          <w:numId w:val="1002"/>
        </w:numPr>
        <w:suppressAutoHyphens/>
      </w:pPr>
      <w:r>
        <w:rPr>
          <w:rFonts w:hint="eastAsia"/>
        </w:rPr>
        <w:t xml:space="preserve">结论部分建议补充研究的局限性</w:t>
      </w:r>
    </w:p>
    <w:p>
      <w:pPr>
        <w:pStyle w:val="Compact"/>
        <w:numPr>
          <w:ilvl w:val="0"/>
          <w:numId w:val="1002"/>
        </w:numPr>
        <w:suppressAutoHyphens/>
      </w:pPr>
      <w:r>
        <w:rPr>
          <w:rFonts w:hint="eastAsia"/>
        </w:rPr>
        <w:t xml:space="preserve">英文摘要存在语法错误，建议请母语者润色</w:t>
      </w:r>
    </w:p>
    <w:p>
      <w:pPr>
        <w:pStyle w:val="HorizontalRule"/>
        <w:ind w:firstLine="0"/>
        <w:suppressAutoHyphens/>
      </w:pPr>
      <w:r>
        <w:pict>
          <v:rect style="width:0;height:1.5pt" o:hralign="center" o:hrstd="t" o:hr="t"/>
        </w:pict>
      </w:r>
    </w:p>
    <w:p>
      <w:pPr>
        <w:pStyle w:val="FirstParagraph"/>
        <w:suppressAutoHyphens/>
      </w:pPr>
      <w:r>
        <w:rPr>
          <w:rFonts w:hint="eastAsia"/>
          <w:b/>
          <w:bCs/>
        </w:rPr>
        <w:t xml:space="preserve">审稿人</w:t>
      </w:r>
      <w:r>
        <w:t xml:space="preserve">: </w:t>
      </w:r>
      <w:r>
        <w:rPr>
          <w:rFonts w:hint="eastAsia"/>
        </w:rPr>
        <w:t xml:space="preserve">匿名审稿人</w:t>
      </w:r>
    </w:p>
    <w:p>
      <w:pPr>
        <w:pStyle w:val="BodyText"/>
        <w:suppressAutoHyphens/>
      </w:pPr>
      <w:r>
        <w:rPr>
          <w:rFonts w:hint="eastAsia"/>
          <w:b/>
          <w:bCs/>
        </w:rPr>
        <w:t xml:space="preserve">日期</w:t>
      </w:r>
      <w:r>
        <w:t xml:space="preserve">: 2024 </w:t>
      </w:r>
      <w:r>
        <w:rPr>
          <w:rFonts w:hint="eastAsia"/>
        </w:rPr>
        <w:t xml:space="preserve">年</w:t>
      </w:r>
      <w:r>
        <w:t xml:space="preserve"> 3 </w:t>
      </w:r>
      <w:r>
        <w:rPr>
          <w:rFonts w:hint="eastAsia"/>
        </w:rPr>
        <w:t xml:space="preserve">月</w:t>
      </w:r>
      <w:r>
        <w:t xml:space="preserve"> 15 </w:t>
      </w:r>
      <w:r>
        <w:rPr>
          <w:rFonts w:hint="eastAsia"/>
        </w:rPr>
        <w:t xml:space="preserve">日</w:t>
      </w:r>
    </w:p>
    <w:bookmarkEnd w:id="14"/>
    <w:bookmarkEnd w:id="15"/>
    <w:sectPr w:rsidR="00F972CB" w:rsidRPr="00F972CB" w:rsidSect="00034616">
      <w:pgSz w:h="16838" w:w="11906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15:restartNumberingAfterBreak="0"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15:restartNumberingAfterBreak="0"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15:restartNumberingAfterBreak="0"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15:restartNumberingAfterBreak="0"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15:restartNumberingAfterBreak="0"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15:restartNumberingAfterBreak="0"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15:restartNumberingAfterBreak="0"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843592591" w:numId="1">
    <w:abstractNumId w:val="8"/>
  </w:num>
  <w:num w16cid:durableId="1137799410" w:numId="2">
    <w:abstractNumId w:val="6"/>
  </w:num>
  <w:num w16cid:durableId="1034116337" w:numId="3">
    <w:abstractNumId w:val="5"/>
  </w:num>
  <w:num w16cid:durableId="683751218" w:numId="4">
    <w:abstractNumId w:val="4"/>
  </w:num>
  <w:num w16cid:durableId="780144546" w:numId="5">
    <w:abstractNumId w:val="7"/>
  </w:num>
  <w:num w16cid:durableId="1759903780" w:numId="6">
    <w:abstractNumId w:val="3"/>
  </w:num>
  <w:num w16cid:durableId="1338386343" w:numId="7">
    <w:abstractNumId w:val="2"/>
  </w:num>
  <w:num w16cid:durableId="180360974" w:numId="8">
    <w:abstractNumId w:val="1"/>
  </w:num>
  <w:num w16cid:durableId="356852514" w:numId="9">
    <w:abstractNumId w:val="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62D8"/>
    <w:rsid w:val="005C26E0"/>
    <w:rsid w:val="00651044"/>
    <w:rsid w:val="00733352"/>
    <w:rsid w:val="008C7BBF"/>
    <w:rsid w:val="008F43E2"/>
    <w:rsid w:val="00AA1D8D"/>
    <w:rsid w:val="00B47730"/>
    <w:rsid w:val="00CB0664"/>
    <w:rsid w:val="00E04A84"/>
    <w:rsid w:val="00EC15D7"/>
    <w:rsid w:val="00F972CB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651044"/>
    <w:pPr>
      <w:suppressAutoHyphens/>
      <w:spacing w:after="0"/>
      <w:jc w:val="both"/>
    </w:pPr>
    <w:rPr>
      <w:rFonts w:ascii="Cambria" w:eastAsia="SimSun" w:hAnsi="Cambria"/>
    </w:rPr>
  </w:style>
  <w:style w:type="paragraph" w:styleId="HorizontalRule">
    <w:name w:val="Horizontal Rule"/>
    <w:basedOn w:val="Normal"/>
    <w:pPr>
      <w:ind w:firstLine="0"/>
    </w:pPr>
  </w:style>
  <w:style w:styleId="Heading1" w:type="paragraph">
    <w:name w:val="heading 1"/>
    <w:basedOn w:val="Normal"/>
    <w:next w:val="Normal"/>
    <w:link w:val="Heading1Char"/>
    <w:uiPriority w:val="9"/>
    <w:qFormat/>
    <w:rsid w:val="00F972CB"/>
    <w:pPr>
      <w:keepNext/>
      <w:keepLines/>
      <w:spacing w:before="120"/>
      <w:outlineLvl w:val="0"/>
    </w:pPr>
    <w:rPr>
      <w:b/>
      <w:bCs/>
      <w:color w:themeColor="accent1" w:themeShade="BF" w:val="365F91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8F43E2"/>
    <w:pPr>
      <w:keepNext/>
      <w:keepLines/>
      <w:spacing w:before="120"/>
      <w:outlineLvl w:val="1"/>
    </w:pPr>
    <w:rPr>
      <w:b/>
      <w:bCs/>
      <w:color w:themeColor="accent1" w:val="4F81BD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F43E2"/>
    <w:pPr>
      <w:keepNext/>
      <w:keepLines/>
      <w:outlineLvl w:val="2"/>
    </w:pPr>
    <w:rPr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F43E2"/>
    <w:pPr>
      <w:keepNext/>
      <w:keepLines/>
      <w:outlineLvl w:val="3"/>
    </w:pPr>
    <w:rPr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spacing w:before="200"/>
      <w:outlineLvl w:val="4"/>
    </w:pPr>
    <w:rPr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spacing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spacing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972CB"/>
    <w:rPr>
      <w:rFonts w:ascii="Cambria" w:eastAsia="SimSun" w:hAnsi="Cambria"/>
      <w:b/>
      <w:bCs/>
      <w:color w:themeColor="accent1" w:themeShade="BF" w:val="365F91"/>
    </w:rPr>
  </w:style>
  <w:style w:customStyle="1" w:styleId="Heading2Char" w:type="character">
    <w:name w:val="Heading 2 Char"/>
    <w:basedOn w:val="DefaultParagraphFont"/>
    <w:link w:val="Heading2"/>
    <w:uiPriority w:val="9"/>
    <w:rsid w:val="008F43E2"/>
    <w:rPr>
      <w:rFonts w:ascii="Cambria" w:eastAsia="SimSun" w:hAnsi="Cambria"/>
      <w:b/>
      <w:bCs/>
      <w:color w:themeColor="accent1" w:val="4F81BD"/>
    </w:rPr>
  </w:style>
  <w:style w:customStyle="1" w:styleId="Heading3Char" w:type="character">
    <w:name w:val="Heading 3 Char"/>
    <w:basedOn w:val="DefaultParagraphFont"/>
    <w:link w:val="Heading3"/>
    <w:uiPriority w:val="9"/>
    <w:rsid w:val="008F43E2"/>
    <w:rPr>
      <w:rFonts w:ascii="Cambria" w:eastAsia="SimSun" w:hAnsi="Cambria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8F43E2"/>
    <w:pPr>
      <w:keepNext/>
      <w:keepLines/>
      <w:pBdr>
        <w:bottom w:color="4F81BD" w:space="4" w:sz="8" w:themeColor="accent1" w:val="single"/>
      </w:pBdr>
      <w:spacing w:after="120" w:before="120"/>
    </w:pPr>
    <w:rPr>
      <w:color w:themeColor="text2" w:themeShade="BF" w:val="17365D"/>
      <w:spacing w:val="5"/>
      <w:kern w:val="28"/>
    </w:rPr>
  </w:style>
  <w:style w:customStyle="1" w:styleId="TitleChar" w:type="character">
    <w:name w:val="Title Char"/>
    <w:basedOn w:val="DefaultParagraphFont"/>
    <w:link w:val="Title"/>
    <w:uiPriority w:val="10"/>
    <w:rsid w:val="008F43E2"/>
    <w:rPr>
      <w:rFonts w:ascii="Cambria" w:eastAsia="SimSun" w:hAnsi="Cambria"/>
      <w:color w:themeColor="text2" w:themeShade="BF" w:val="17365D"/>
      <w:spacing w:val="5"/>
      <w:kern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F43E2"/>
    <w:rPr>
      <w:rFonts w:ascii="Cambria" w:eastAsia="SimSun" w:hAnsi="Cambria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2026-05-27T08:15:13Z</dcterms:created>
  <dcterms:modified xsi:type="dcterms:W3CDTF">2026-05-27T08:15:13Z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