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  <w:suppressAutoHyphens/>
      </w:pPr>
      <w:r>
        <w:t xml:space="preserve">Template Demo </w:t>
      </w:r>
      <w:r>
        <w:rPr>
          <w:rFonts w:hint="eastAsia"/>
        </w:rPr>
        <w:t xml:space="preserve">模板演示</w:t>
      </w:r>
    </w:p>
    <w:p>
      <w:pPr>
        <w:pStyle w:val="BlockText"/>
        <w:suppressAutoHyphens/>
      </w:pPr>
      <w:r>
        <w:rPr>
          <w:rFonts w:hint="eastAsia"/>
        </w:rPr>
        <w:t xml:space="preserve">这是一段引用块（BlockText），用于展示引用样式的排版效果。This</w:t>
      </w:r>
      <w:r>
        <w:t xml:space="preserve"> is a block quote to demonstrate the typography.</w:t>
      </w:r>
    </w:p>
    <w:bookmarkStart w:id="15" w:name="heading-1-一级标题"/>
    <w:p>
      <w:pPr>
        <w:pStyle w:val="Heading1"/>
        <w:suppressAutoHyphens/>
      </w:pPr>
      <w:r>
        <w:t xml:space="preserve">1. Heading 1 </w:t>
      </w:r>
      <w:r>
        <w:rPr>
          <w:rFonts w:hint="eastAsia"/>
        </w:rPr>
        <w:t xml:space="preserve">一级标题</w:t>
      </w:r>
    </w:p>
    <w:p>
      <w:pPr>
        <w:pStyle w:val="FirstParagraph"/>
        <w:suppressAutoHyphens/>
      </w:pPr>
      <w:r>
        <w:rPr>
          <w:rFonts w:hint="eastAsia"/>
        </w:rPr>
        <w:t xml:space="preserve">这是一段普通正文，包含中英文混排。This</w:t>
      </w:r>
      <w:r>
        <w:t xml:space="preserve"> paragraph demonstrates mixed Chinese-English typography with Cambria + SimSun font pairing. </w:t>
      </w:r>
      <w:r>
        <w:rPr>
          <w:rFonts w:hint="eastAsia"/>
        </w:rPr>
        <w:t xml:space="preserve">首行缩进两个字符，两端对齐，段前距</w:t>
      </w:r>
      <w:r>
        <w:t xml:space="preserve"> 6pt。</w:t>
      </w:r>
    </w:p>
    <w:p>
      <w:pPr>
        <w:pStyle w:val="BodyText"/>
        <w:suppressAutoHyphens/>
      </w:pPr>
      <w:r>
        <w:rPr>
          <w:rFonts w:hint="eastAsia"/>
        </w:rPr>
        <w:t xml:space="preserve">这是第二段正文，用于展示段落间距。在</w:t>
      </w:r>
      <w:r>
        <w:t xml:space="preserve"> Word </w:t>
      </w:r>
      <w:r>
        <w:rPr>
          <w:rFonts w:hint="eastAsia"/>
        </w:rPr>
        <w:t xml:space="preserve">中，段前距统一为</w:t>
      </w:r>
      <w:r>
        <w:t xml:space="preserve"> </w:t>
      </w:r>
      <w:r>
        <w:rPr>
          <w:rFonts w:hint="eastAsia"/>
        </w:rPr>
        <w:t xml:space="preserve">6pt，确保段落之间有适当的呼吸空间。</w:t>
      </w:r>
    </w:p>
    <w:bookmarkStart w:id="12" w:name="heading-2-二级标题"/>
    <w:p>
      <w:pPr>
        <w:pStyle w:val="Heading2"/>
        <w:suppressAutoHyphens/>
      </w:pPr>
      <w:r>
        <w:t xml:space="preserve">1.1 Heading 2 </w:t>
      </w:r>
      <w:r>
        <w:rPr>
          <w:rFonts w:hint="eastAsia"/>
        </w:rPr>
        <w:t xml:space="preserve">二级标题</w:t>
      </w:r>
    </w:p>
    <w:p>
      <w:pPr>
        <w:pStyle w:val="FirstParagraph"/>
        <w:suppressAutoHyphens/>
      </w:pPr>
      <w:r>
        <w:rPr>
          <w:rFonts w:hint="eastAsia"/>
        </w:rPr>
        <w:t xml:space="preserve">以下是一个无序列表：</w:t>
      </w:r>
    </w:p>
    <w:p>
      <w:pPr>
        <w:pStyle w:val="Compact"/>
        <w:numPr>
          <w:ilvl w:val="0"/>
          <w:numId w:val="1001"/>
        </w:numPr>
        <w:suppressAutoHyphens/>
      </w:pPr>
      <w:r>
        <w:rPr>
          <w:rFonts w:hint="eastAsia"/>
        </w:rPr>
        <w:t xml:space="preserve">列表项一</w:t>
      </w:r>
    </w:p>
    <w:p>
      <w:pPr>
        <w:pStyle w:val="Compact"/>
        <w:numPr>
          <w:ilvl w:val="0"/>
          <w:numId w:val="1001"/>
        </w:numPr>
        <w:suppressAutoHyphens/>
      </w:pPr>
      <w:r>
        <w:rPr>
          <w:rFonts w:hint="eastAsia"/>
        </w:rPr>
        <w:t xml:space="preserve">列表项二</w:t>
      </w:r>
    </w:p>
    <w:p>
      <w:pPr>
        <w:pStyle w:val="Compact"/>
        <w:numPr>
          <w:ilvl w:val="0"/>
          <w:numId w:val="1001"/>
        </w:numPr>
        <w:suppressAutoHyphens/>
      </w:pPr>
      <w:r>
        <w:rPr>
          <w:rFonts w:hint="eastAsia"/>
        </w:rPr>
        <w:t xml:space="preserve">列表项三</w:t>
      </w:r>
    </w:p>
    <w:bookmarkStart w:id="11" w:name="heading-3-三级标题"/>
    <w:p>
      <w:pPr>
        <w:pStyle w:val="Heading3"/>
        <w:suppressAutoHyphens/>
      </w:pPr>
      <w:r>
        <w:t xml:space="preserve">1.1.1 Heading 3 </w:t>
      </w:r>
      <w:r>
        <w:rPr>
          <w:rFonts w:hint="eastAsia"/>
        </w:rPr>
        <w:t xml:space="preserve">三级标题</w:t>
      </w:r>
    </w:p>
    <w:p>
      <w:pPr>
        <w:pStyle w:val="FirstParagraph"/>
        <w:suppressAutoHyphens/>
      </w:pPr>
      <w:r>
        <w:rPr>
          <w:rFonts w:hint="eastAsia"/>
        </w:rPr>
        <w:t xml:space="preserve">以下是一个有序列表：</w:t>
      </w:r>
    </w:p>
    <w:p>
      <w:pPr>
        <w:pStyle w:val="Compact"/>
        <w:numPr>
          <w:ilvl w:val="0"/>
          <w:numId w:val="1002"/>
        </w:numPr>
        <w:suppressAutoHyphens/>
      </w:pPr>
      <w:r>
        <w:rPr>
          <w:rFonts w:hint="eastAsia"/>
        </w:rPr>
        <w:t xml:space="preserve">第一步</w:t>
      </w:r>
    </w:p>
    <w:p>
      <w:pPr>
        <w:pStyle w:val="Compact"/>
        <w:numPr>
          <w:ilvl w:val="0"/>
          <w:numId w:val="1002"/>
        </w:numPr>
        <w:suppressAutoHyphens/>
      </w:pPr>
      <w:r>
        <w:rPr>
          <w:rFonts w:hint="eastAsia"/>
        </w:rPr>
        <w:t xml:space="preserve">第二步</w:t>
      </w:r>
    </w:p>
    <w:p>
      <w:pPr>
        <w:pStyle w:val="Compact"/>
        <w:numPr>
          <w:ilvl w:val="0"/>
          <w:numId w:val="1002"/>
        </w:numPr>
        <w:suppressAutoHyphens/>
      </w:pPr>
      <w:r>
        <w:rPr>
          <w:rFonts w:hint="eastAsia"/>
        </w:rPr>
        <w:t xml:space="preserve">第三步</w:t>
      </w:r>
    </w:p>
    <w:bookmarkStart w:id="10" w:name="heading-4-四级标题"/>
    <w:p>
      <w:pPr>
        <w:pStyle w:val="Heading4"/>
        <w:suppressAutoHyphens/>
      </w:pPr>
      <w:r>
        <w:t xml:space="preserve">1.1.1.1 Heading 4 </w:t>
      </w:r>
      <w:r>
        <w:rPr>
          <w:rFonts w:hint="eastAsia"/>
        </w:rPr>
        <w:t xml:space="preserve">四级标题</w:t>
      </w:r>
    </w:p>
    <w:p>
      <w:pPr>
        <w:pStyle w:val="FirstParagraph"/>
        <w:suppressAutoHyphens/>
      </w:pPr>
      <w:r>
        <w:rPr>
          <w:rFonts w:hint="eastAsia"/>
        </w:rPr>
        <w:t xml:space="preserve">这是一段包含</w:t>
      </w:r>
      <w:r>
        <w:rPr>
          <w:rFonts w:hint="eastAsia"/>
          <w:b/>
          <w:bCs/>
        </w:rPr>
        <w:t xml:space="preserve">粗体</w:t>
      </w:r>
      <w:r>
        <w:rPr>
          <w:rFonts w:hint="eastAsia"/>
        </w:rPr>
        <w:t xml:space="preserve">和</w:t>
      </w:r>
      <w:r>
        <w:rPr>
          <w:rFonts w:hint="eastAsia"/>
          <w:i/>
          <w:iCs/>
        </w:rPr>
        <w:t xml:space="preserve">斜体</w:t>
      </w:r>
      <w:r>
        <w:rPr>
          <w:rFonts w:hint="eastAsia"/>
        </w:rPr>
        <w:t xml:space="preserve">的文本，用于展示字符格式。</w:t>
      </w:r>
    </w:p>
    <w:bookmarkStart w:id="9" w:name="heading-5-五级标题"/>
    <w:p>
      <w:pPr>
        <w:pStyle w:val="Heading5"/>
        <w:suppressAutoHyphens/>
      </w:pPr>
      <w:r>
        <w:t xml:space="preserve">1.1.1.1.1 Heading 5 </w:t>
      </w:r>
      <w:r>
        <w:rPr>
          <w:rFonts w:hint="eastAsia"/>
        </w:rPr>
        <w:t xml:space="preserve">五级标题</w:t>
      </w:r>
    </w:p>
    <w:p>
      <w:pPr>
        <w:pStyle w:val="FirstParagraph"/>
        <w:suppressAutoHyphens/>
      </w:pPr>
      <w:r>
        <w:rPr>
          <w:rFonts w:hint="eastAsia"/>
        </w:rPr>
        <w:t xml:space="preserve">这是一段包含行内公式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r>
          <m:t>m</m:t>
        </m:r>
        <m:sSup>
          <m:e>
            <m:r>
              <m:t>c</m:t>
            </m:r>
          </m:e>
          <m:sup>
            <m:r>
              <m:t>2</m:t>
            </m:r>
          </m:sup>
        </m:sSup>
      </m:oMath>
      <w:r>
        <w:t xml:space="preserve"> </w:t>
      </w:r>
      <w:r>
        <w:rPr>
          <w:rFonts w:hint="eastAsia"/>
        </w:rPr>
        <w:t xml:space="preserve">的文本。</w:t>
      </w:r>
    </w:p>
    <w:p>
      <w:pPr>
        <w:pStyle w:val="HorizontalRule"/>
        <w:ind w:firstLine="0"/>
        <w:suppressAutoHyphens/>
      </w:pPr>
      <w:r>
        <w:pict>
          <v:rect style="width:0;height:1.5pt" o:hralign="center" o:hrstd="t" o:hr="t"/>
        </w:pict>
      </w:r>
    </w:p>
    <w:bookmarkEnd w:id="9"/>
    <w:bookmarkEnd w:id="10"/>
    <w:bookmarkEnd w:id="11"/>
    <w:bookmarkEnd w:id="12"/>
    <w:bookmarkStart w:id="13" w:name="表格演示"/>
    <w:p>
      <w:pPr>
        <w:pStyle w:val="Heading2"/>
        <w:suppressAutoHyphens/>
      </w:pPr>
      <w:r>
        <w:t xml:space="preserve">1.2 </w:t>
      </w:r>
      <w:r>
        <w:rPr>
          <w:rFonts w:hint="eastAsia"/>
        </w:rPr>
        <w:t xml:space="preserve">表格演示</w:t>
      </w:r>
    </w:p>
    <w:tbl>
      <w:tblPr>
        <w:tblW w:type="auto" w:w="0"/>
        <w:tblLook w:firstRow="1" w:lastRow="0" w:firstColumn="0" w:lastColumn="0" w:noHBand="0" w:noVBand="0" w:val="0020"/>
        <w:tblBorders>
          <w:top w:val="single" w:sz="12" w:space="0" w:color="auto"/>
          <w:bottom w:val="single" w:sz="12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tcBorders>
              <w:top w:val="none" w:sz="0" w:space="0" w:color="auto"/>
              <w:left w:val="none" w:sz="0" w:space="0" w:color="auto"/>
              <w:right w:val="none" w:sz="0" w:space="0" w:color="auto"/>
              <w:bottom w:val="single" w:sz="6" w:space="0" w:color="auto"/>
            </w:tcBorders>
          </w:tcPr>
          <w:p>
            <w:pPr>
              <w:pStyle w:val="Compact"/>
              <w:ind w:firstLine="0"/>
            </w:pPr>
            <w:r>
              <w:rPr>
                <w:rFonts w:hint="eastAsia"/>
              </w:rPr>
              <w:t xml:space="preserve">维度</w:t>
            </w:r>
          </w:p>
        </w:tc>
        <w:tc>
          <w:tcPr>
            <w:tcBorders>
              <w:top w:val="none" w:sz="0" w:space="0" w:color="auto"/>
              <w:left w:val="none" w:sz="0" w:space="0" w:color="auto"/>
              <w:right w:val="none" w:sz="0" w:space="0" w:color="auto"/>
              <w:bottom w:val="single" w:sz="6" w:space="0" w:color="auto"/>
            </w:tcBorders>
          </w:tcPr>
          <w:p>
            <w:pPr>
              <w:pStyle w:val="Compact"/>
              <w:ind w:firstLine="0"/>
            </w:pPr>
            <w:r>
              <w:rPr>
                <w:rFonts w:hint="eastAsia"/>
              </w:rPr>
              <w:t xml:space="preserve">核心问题</w:t>
            </w:r>
          </w:p>
        </w:tc>
        <w:tc>
          <w:tcPr>
            <w:tcBorders>
              <w:top w:val="none" w:sz="0" w:space="0" w:color="auto"/>
              <w:left w:val="none" w:sz="0" w:space="0" w:color="auto"/>
              <w:right w:val="none" w:sz="0" w:space="0" w:color="auto"/>
              <w:bottom w:val="single" w:sz="6" w:space="0" w:color="auto"/>
            </w:tcBorders>
          </w:tcPr>
          <w:p>
            <w:pPr>
              <w:pStyle w:val="Compact"/>
              <w:ind w:firstLine="0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ind w:firstLine="0"/>
            </w:pPr>
            <w:r>
              <w:rPr>
                <w:rFonts w:hint="eastAsia"/>
              </w:rPr>
              <w:t xml:space="preserve">固体描述方式</w:t>
            </w:r>
          </w:p>
        </w:tc>
        <w:tc>
          <w:tcPr/>
          <w:p>
            <w:pPr>
              <w:pStyle w:val="Compact"/>
              <w:ind w:firstLine="0"/>
            </w:pPr>
            <w:r>
              <w:rPr>
                <w:rFonts w:hint="eastAsia"/>
              </w:rPr>
              <w:t xml:space="preserve">连续体</w:t>
            </w:r>
            <w:r>
              <w:t xml:space="preserve"> vs </w:t>
            </w:r>
            <w:r>
              <w:rPr>
                <w:rFonts w:hint="eastAsia"/>
              </w:rPr>
              <w:t xml:space="preserve">离散颗粒</w:t>
            </w:r>
          </w:p>
        </w:tc>
        <w:tc>
          <w:tcPr/>
          <w:p>
            <w:pPr>
              <w:pStyle w:val="Compact"/>
              <w:ind w:firstLine="0"/>
            </w:pPr>
            <w:r>
              <w:rPr>
                <w:rFonts w:hint="eastAsia"/>
              </w:rPr>
              <w:t xml:space="preserve">关键分类维度</w:t>
            </w:r>
          </w:p>
        </w:tc>
      </w:tr>
      <w:tr>
        <w:tc>
          <w:tcPr/>
          <w:p>
            <w:pPr>
              <w:pStyle w:val="Compact"/>
              <w:ind w:firstLine="0"/>
            </w:pPr>
            <w:r>
              <w:rPr>
                <w:rFonts w:hint="eastAsia"/>
              </w:rPr>
              <w:t xml:space="preserve">界面处理层级</w:t>
            </w:r>
          </w:p>
        </w:tc>
        <w:tc>
          <w:tcPr/>
          <w:p>
            <w:pPr>
              <w:pStyle w:val="Compact"/>
              <w:ind w:firstLine="0"/>
            </w:pPr>
            <w:r>
              <w:rPr>
                <w:rFonts w:hint="eastAsia"/>
              </w:rPr>
              <w:t xml:space="preserve">体积力</w:t>
            </w:r>
            <w:r>
              <w:t xml:space="preserve"> vs </w:t>
            </w:r>
            <w:r>
              <w:rPr>
                <w:rFonts w:hint="eastAsia"/>
              </w:rPr>
              <w:t xml:space="preserve">表面力</w:t>
            </w:r>
          </w:p>
        </w:tc>
        <w:tc>
          <w:tcPr/>
          <w:p>
            <w:pPr>
              <w:pStyle w:val="Compact"/>
              <w:ind w:firstLine="0"/>
            </w:pPr>
            <w:r>
              <w:rPr>
                <w:rFonts w:hint="eastAsia"/>
              </w:rPr>
              <w:t xml:space="preserve">影响计算精度</w:t>
            </w:r>
          </w:p>
        </w:tc>
      </w:tr>
      <w:tr>
        <w:tc>
          <w:tcPr/>
          <w:p>
            <w:pPr>
              <w:pStyle w:val="Compact"/>
              <w:ind w:firstLine="0"/>
            </w:pPr>
            <w:r>
              <w:rPr>
                <w:rFonts w:hint="eastAsia"/>
              </w:rPr>
              <w:t xml:space="preserve">颗粒-网格尺度比</w:t>
            </w:r>
          </w:p>
        </w:tc>
        <w:tc>
          <w:tcPr/>
          <w:p>
            <w:pPr>
              <w:pStyle w:val="Compact"/>
              <w:ind w:firstLine="0"/>
            </w:pPr>
            <m:oMath>
              <m:r>
                <m:rPr>
                  <m:sty m:val="p"/>
                </m:rPr>
                <m:t>≪</m:t>
              </m:r>
              <m:r>
                <m:t>1</m:t>
              </m:r>
            </m:oMath>
            <w:r>
              <w:t xml:space="preserve"> </w:t>
            </w:r>
            <w:r>
              <w:t xml:space="preserve">vs</w:t>
            </w:r>
            <w:r>
              <w:t xml:space="preserve"> </w:t>
            </w:r>
            <m:oMath>
              <m:r>
                <m:rPr>
                  <m:sty m:val="p"/>
                </m:rPr>
                <m:t>∼</m:t>
              </m:r>
              <m:r>
                <m:t>1</m:t>
              </m:r>
            </m:oMath>
            <w:r>
              <w:t xml:space="preserve"> </w:t>
            </w:r>
            <w:r>
              <w:t xml:space="preserve">vs</w:t>
            </w:r>
            <w:r>
              <w:t xml:space="preserve"> </w:t>
            </w:r>
            <m:oMath>
              <m:r>
                <m:rPr>
                  <m:sty m:val="p"/>
                </m:rPr>
                <m:t>≫</m:t>
              </m:r>
              <m:r>
                <m:t>1</m:t>
              </m:r>
            </m:oMath>
          </w:p>
        </w:tc>
        <w:tc>
          <w:tcPr/>
          <w:p>
            <w:pPr>
              <w:pStyle w:val="Compact"/>
              <w:ind w:firstLine="0"/>
            </w:pPr>
            <w:r>
              <w:rPr>
                <w:rFonts w:hint="eastAsia"/>
              </w:rPr>
              <w:t xml:space="preserve">方法选择依据</w:t>
            </w:r>
          </w:p>
        </w:tc>
      </w:tr>
    </w:tbl>
    <w:p>
      <w:pPr>
        <w:pStyle w:val="HorizontalRule"/>
        <w:ind w:firstLine="0"/>
        <w:spacing w:before="120"/>
        <w:suppressAutoHyphens/>
      </w:pPr>
      <w:r>
        <w:pict>
          <v:rect style="width:0;height:1.5pt" o:hralign="center" o:hrstd="t" o:hr="t"/>
        </w:pict>
      </w:r>
    </w:p>
    <w:bookmarkEnd w:id="13"/>
    <w:bookmarkStart w:id="14" w:name="另一个表格"/>
    <w:p>
      <w:pPr>
        <w:pStyle w:val="Heading2"/>
        <w:suppressAutoHyphens/>
      </w:pPr>
      <w:r>
        <w:t xml:space="preserve">1.3 </w:t>
      </w:r>
      <w:r>
        <w:rPr>
          <w:rFonts w:hint="eastAsia"/>
        </w:rPr>
        <w:t xml:space="preserve">另一个表格</w:t>
      </w:r>
    </w:p>
    <w:tbl>
      <w:tblPr>
        <w:tblW w:type="auto" w:w="0"/>
        <w:tblLook w:firstRow="1" w:lastRow="0" w:firstColumn="0" w:lastColumn="0" w:noHBand="0" w:noVBand="0" w:val="0020"/>
        <w:tblBorders>
          <w:top w:val="single" w:sz="12" w:space="0" w:color="auto"/>
          <w:bottom w:val="single" w:sz="12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>
            <w:tcBorders>
              <w:top w:val="none" w:sz="0" w:space="0" w:color="auto"/>
              <w:left w:val="none" w:sz="0" w:space="0" w:color="auto"/>
              <w:right w:val="none" w:sz="0" w:space="0" w:color="auto"/>
              <w:bottom w:val="single" w:sz="6" w:space="0" w:color="auto"/>
            </w:tcBorders>
          </w:tcPr>
          <w:p>
            <w:pPr>
              <w:pStyle w:val="Compact"/>
              <w:ind w:firstLine="0"/>
            </w:pPr>
            <w:r>
              <w:rPr>
                <w:rFonts w:hint="eastAsia"/>
              </w:rPr>
              <w:t xml:space="preserve">方法</w:t>
            </w:r>
          </w:p>
        </w:tc>
        <w:tc>
          <w:tcPr>
            <w:tcBorders>
              <w:top w:val="none" w:sz="0" w:space="0" w:color="auto"/>
              <w:left w:val="none" w:sz="0" w:space="0" w:color="auto"/>
              <w:right w:val="none" w:sz="0" w:space="0" w:color="auto"/>
              <w:bottom w:val="single" w:sz="6" w:space="0" w:color="auto"/>
            </w:tcBorders>
          </w:tcPr>
          <w:p>
            <w:pPr>
              <w:pStyle w:val="Compact"/>
              <w:ind w:firstLine="0"/>
            </w:pPr>
            <m:oMath>
              <m:sSub>
                <m:e>
                  <m:r>
                    <m:t>d</m:t>
                  </m:r>
                </m:e>
                <m:sub>
                  <m:r>
                    <m:t>p</m:t>
                  </m:r>
                </m:sub>
              </m:sSub>
              <m:r>
                <m:rPr>
                  <m:sty m:val="p"/>
                </m:rPr>
                <m:t>/</m:t>
              </m:r>
              <m:r>
                <m:rPr>
                  <m:sty m:val="p"/>
                </m:rPr>
                <m:t>Δ</m:t>
              </m:r>
              <m:r>
                <m:t>x</m:t>
              </m:r>
            </m:oMath>
          </w:p>
        </w:tc>
        <w:tc>
          <w:tcPr>
            <w:tcBorders>
              <w:top w:val="none" w:sz="0" w:space="0" w:color="auto"/>
              <w:left w:val="none" w:sz="0" w:space="0" w:color="auto"/>
              <w:right w:val="none" w:sz="0" w:space="0" w:color="auto"/>
              <w:bottom w:val="single" w:sz="6" w:space="0" w:color="auto"/>
            </w:tcBorders>
          </w:tcPr>
          <w:p>
            <w:pPr>
              <w:pStyle w:val="Compact"/>
              <w:ind w:firstLine="0"/>
            </w:pPr>
            <w:r>
              <w:rPr>
                <w:rFonts w:hint="eastAsia"/>
              </w:rPr>
              <w:t xml:space="preserve">界面处理</w:t>
            </w:r>
          </w:p>
        </w:tc>
        <w:tc>
          <w:tcPr>
            <w:tcBorders>
              <w:top w:val="none" w:sz="0" w:space="0" w:color="auto"/>
              <w:left w:val="none" w:sz="0" w:space="0" w:color="auto"/>
              <w:right w:val="none" w:sz="0" w:space="0" w:color="auto"/>
              <w:bottom w:val="single" w:sz="6" w:space="0" w:color="auto"/>
            </w:tcBorders>
          </w:tcPr>
          <w:p>
            <w:pPr>
              <w:pStyle w:val="Compact"/>
              <w:ind w:firstLine="0"/>
            </w:pPr>
            <w:r>
              <w:rPr>
                <w:rFonts w:hint="eastAsia"/>
              </w:rPr>
              <w:t xml:space="preserve">计算成本</w:t>
            </w:r>
          </w:p>
        </w:tc>
      </w:tr>
      <w:tr>
        <w:tc>
          <w:tcPr/>
          <w:p>
            <w:pPr>
              <w:pStyle w:val="Compact"/>
              <w:ind w:firstLine="0"/>
            </w:pPr>
            <w:r>
              <w:t xml:space="preserve">CFD-DEM</w:t>
            </w:r>
          </w:p>
        </w:tc>
        <w:tc>
          <w:tcPr/>
          <w:p>
            <w:pPr>
              <w:pStyle w:val="Compact"/>
              <w:ind w:firstLine="0"/>
            </w:pPr>
            <m:oMath>
              <m:r>
                <m:rPr>
                  <m:sty m:val="p"/>
                </m:rPr>
                <m:t>&lt;</m:t>
              </m:r>
              <m:r>
                <m:t>0.5</m:t>
              </m:r>
            </m:oMath>
          </w:p>
        </w:tc>
        <w:tc>
          <w:tcPr/>
          <w:p>
            <w:pPr>
              <w:pStyle w:val="Compact"/>
              <w:ind w:firstLine="0"/>
            </w:pPr>
            <w:r>
              <w:rPr>
                <w:rFonts w:hint="eastAsia"/>
              </w:rPr>
              <w:t xml:space="preserve">体积平均</w:t>
            </w:r>
          </w:p>
        </w:tc>
        <w:tc>
          <w:tcPr/>
          <w:p>
            <w:pPr>
              <w:pStyle w:val="Compact"/>
              <w:ind w:firstLine="0"/>
            </w:pPr>
            <w:r>
              <w:rPr>
                <w:rFonts w:hint="eastAsia"/>
              </w:rPr>
              <w:t xml:space="preserve">中</w:t>
            </w:r>
          </w:p>
        </w:tc>
      </w:tr>
      <w:tr>
        <w:tc>
          <w:tcPr/>
          <w:p>
            <w:pPr>
              <w:pStyle w:val="Compact"/>
              <w:ind w:firstLine="0"/>
            </w:pPr>
            <w:r>
              <w:t xml:space="preserve">IBM-DEM</w:t>
            </w:r>
          </w:p>
        </w:tc>
        <w:tc>
          <w:tcPr/>
          <w:p>
            <w:pPr>
              <w:pStyle w:val="Compact"/>
              <w:ind w:firstLine="0"/>
            </w:pPr>
            <m:oMath>
              <m:r>
                <m:rPr>
                  <m:sty m:val="p"/>
                </m:rPr>
                <m:t>&gt;</m:t>
              </m:r>
              <m:r>
                <m:t>3</m:t>
              </m:r>
            </m:oMath>
          </w:p>
        </w:tc>
        <w:tc>
          <w:tcPr/>
          <w:p>
            <w:pPr>
              <w:pStyle w:val="Compact"/>
              <w:ind w:firstLine="0"/>
            </w:pPr>
            <w:r>
              <w:rPr>
                <w:rFonts w:hint="eastAsia"/>
              </w:rPr>
              <w:t xml:space="preserve">表面力源</w:t>
            </w:r>
          </w:p>
        </w:tc>
        <w:tc>
          <w:tcPr/>
          <w:p>
            <w:pPr>
              <w:pStyle w:val="Compact"/>
              <w:ind w:firstLine="0"/>
            </w:pPr>
            <w:r>
              <w:rPr>
                <w:rFonts w:hint="eastAsia"/>
              </w:rPr>
              <w:t xml:space="preserve">高</w:t>
            </w:r>
          </w:p>
        </w:tc>
      </w:tr>
      <w:tr>
        <w:tc>
          <w:tcPr/>
          <w:p>
            <w:pPr>
              <w:pStyle w:val="Compact"/>
              <w:ind w:firstLine="0"/>
            </w:pPr>
            <w:r>
              <w:t xml:space="preserve">SPH-DEM</w:t>
            </w:r>
          </w:p>
        </w:tc>
        <w:tc>
          <w:tcPr/>
          <w:p>
            <w:pPr>
              <w:pStyle w:val="Compact"/>
              <w:ind w:firstLine="0"/>
            </w:pPr>
            <w:r>
              <w:rPr>
                <w:rFonts w:hint="eastAsia"/>
              </w:rPr>
              <w:t xml:space="preserve">任意</w:t>
            </w:r>
          </w:p>
        </w:tc>
        <w:tc>
          <w:tcPr/>
          <w:p>
            <w:pPr>
              <w:pStyle w:val="Compact"/>
              <w:ind w:firstLine="0"/>
            </w:pPr>
            <w:r>
              <w:rPr>
                <w:rFonts w:hint="eastAsia"/>
              </w:rPr>
              <w:t xml:space="preserve">无网格</w:t>
            </w:r>
          </w:p>
        </w:tc>
        <w:tc>
          <w:tcPr/>
          <w:p>
            <w:pPr>
              <w:pStyle w:val="Compact"/>
              <w:ind w:firstLine="0"/>
            </w:pPr>
            <w:r>
              <w:rPr>
                <w:rFonts w:hint="eastAsia"/>
              </w:rPr>
              <w:t xml:space="preserve">高</w:t>
            </w:r>
          </w:p>
        </w:tc>
      </w:tr>
    </w:tbl>
    <w:bookmarkEnd w:id="14"/>
    <w:bookmarkEnd w:id="15"/>
    <w:sectPr w:rsidR="00BE7880" w:rsidRPr="009D10EE" w:rsidSect="0003461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15:restartNumberingAfterBreak="0"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15:restartNumberingAfterBreak="0"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15:restartNumberingAfterBreak="0"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15:restartNumberingAfterBreak="0"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15:restartNumberingAfterBreak="0"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15:restartNumberingAfterBreak="0"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15:restartNumberingAfterBreak="0"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15:restartNumberingAfterBreak="0"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743138620" w:numId="1">
    <w:abstractNumId w:val="8"/>
  </w:num>
  <w:num w16cid:durableId="445470171" w:numId="2">
    <w:abstractNumId w:val="6"/>
  </w:num>
  <w:num w16cid:durableId="831339646" w:numId="3">
    <w:abstractNumId w:val="5"/>
  </w:num>
  <w:num w16cid:durableId="1581670651" w:numId="4">
    <w:abstractNumId w:val="4"/>
  </w:num>
  <w:num w16cid:durableId="120081442" w:numId="5">
    <w:abstractNumId w:val="7"/>
  </w:num>
  <w:num w16cid:durableId="275646114" w:numId="6">
    <w:abstractNumId w:val="3"/>
  </w:num>
  <w:num w16cid:durableId="1024014987" w:numId="7">
    <w:abstractNumId w:val="2"/>
  </w:num>
  <w:num w16cid:durableId="1637568931" w:numId="8">
    <w:abstractNumId w:val="1"/>
  </w:num>
  <w:num w16cid:durableId="1269696660" w:numId="9">
    <w:abstractNumId w:val="0"/>
  </w: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02CC"/>
    <w:rsid w:val="0015074B"/>
    <w:rsid w:val="0029639D"/>
    <w:rsid w:val="00326F90"/>
    <w:rsid w:val="00344A62"/>
    <w:rsid w:val="00514D93"/>
    <w:rsid w:val="005360BE"/>
    <w:rsid w:val="00561D40"/>
    <w:rsid w:val="009D10EE"/>
    <w:rsid w:val="00AA1D8D"/>
    <w:rsid w:val="00B32620"/>
    <w:rsid w:val="00B47730"/>
    <w:rsid w:val="00BE7880"/>
    <w:rsid w:val="00C45E24"/>
    <w:rsid w:val="00CB0664"/>
    <w:rsid w:val="00F33582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6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  <w:rsid w:val="00F33582"/>
    <w:pPr>
      <w:suppressAutoHyphens/>
      <w:spacing w:after="0" w:before="120" w:line="312" w:lineRule="auto"/>
      <w:ind w:firstLine="482"/>
      <w:jc w:val="both"/>
    </w:pPr>
    <w:rPr>
      <w:rFonts w:ascii="Cambria" w:cs="Cambria" w:eastAsia="SimSun" w:hAnsi="Cambria"/>
    </w:rPr>
  </w:style>
  <w:style w:type="paragraph" w:styleId="HorizontalRule">
    <w:name w:val="Horizontal Rule"/>
    <w:basedOn w:val="Normal"/>
    <w:pPr>
      <w:ind w:firstLine="0"/>
    </w:pPr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ind w:firstLine="0"/>
      <w:jc w:val="left"/>
      <w:outlineLvl w:val="0"/>
    </w:pPr>
    <w:rPr>
      <w:b/>
      <w:bCs/>
      <w:color w:themeColor="accent1" w:themeShade="BF" w:val="365F9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5360BE"/>
    <w:pPr>
      <w:keepNext/>
      <w:keepLines/>
      <w:ind w:firstLine="0"/>
      <w:jc w:val="left"/>
      <w:outlineLvl w:val="1"/>
    </w:pPr>
    <w:rPr>
      <w:b/>
      <w:bCs/>
      <w:color w:themeColor="accent1" w:val="4F81BD"/>
      <w:sz w:val="26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5360BE"/>
    <w:pPr>
      <w:keepNext/>
      <w:keepLines/>
      <w:ind w:firstLine="0"/>
      <w:jc w:val="left"/>
      <w:outlineLvl w:val="2"/>
    </w:pPr>
    <w:rPr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5360BE"/>
    <w:pPr>
      <w:keepNext/>
      <w:keepLines/>
      <w:ind w:firstLine="0"/>
      <w:jc w:val="left"/>
      <w:outlineLvl w:val="3"/>
    </w:pPr>
    <w:rPr>
      <w:b/>
      <w:bCs/>
      <w:i/>
      <w:iCs/>
      <w:color w:themeColor="accent1" w:val="4F81BD"/>
      <w:sz w:val="22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ind w:firstLine="0"/>
      <w:jc w:val="left"/>
      <w:outlineLvl w:val="4"/>
    </w:pPr>
    <w:rPr>
      <w:color w:themeColor="accent1" w:themeShade="7F" w:val="243F60"/>
      <w:sz w:val="22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spacing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spacing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spacing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spacing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5360BE"/>
    <w:rPr>
      <w:rFonts w:ascii="Cambria" w:cs="Cambria" w:eastAsia="SimSun" w:hAnsi="Cambria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5360BE"/>
    <w:rPr>
      <w:rFonts w:ascii="Cambria" w:cs="Cambria" w:eastAsia="SimSun" w:hAnsi="Cambria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5360BE"/>
    <w:pPr>
      <w:keepNext/>
      <w:keepLines/>
      <w:pBdr>
        <w:bottom w:color="4F81BD" w:space="4" w:sz="8" w:themeColor="accent1" w:val="single"/>
      </w:pBdr>
      <w:spacing w:after="300" w:line="240" w:lineRule="auto"/>
      <w:ind w:firstLine="0"/>
      <w:contextualSpacing/>
      <w:jc w:val="center"/>
    </w:pPr>
    <w:rPr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5360BE"/>
    <w:rPr>
      <w:rFonts w:ascii="Cambria" w:cs="Cambria" w:eastAsia="SimSun" w:hAnsi="Cambria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ind w:firstLine="480"/>
    </w:pPr>
    <w:rPr>
      <w:rFonts w:asciiTheme="majorHAnsi" w:cstheme="majorBidi" w:eastAsiaTheme="majorEastAsia" w:hAnsiTheme="majorHAnsi"/>
      <w:i/>
      <w:iCs/>
      <w:color w:themeColor="accent1" w:val="4F81BD"/>
      <w:spacing w:val="15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5360BE"/>
    <w:rPr>
      <w:rFonts w:ascii="Cambria" w:cs="Cambria" w:eastAsia="SimSun" w:hAnsi="Cambria"/>
      <w:b/>
      <w:bCs/>
      <w:i/>
      <w:iCs/>
      <w:color w:themeColor="accent1" w:val="4F81BD"/>
      <w:sz w:val="22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Demo 模板演示</dc:title>
  <dc:creator/>
  <cp:keywords/>
  <dcterms:created xsi:type="dcterms:W3CDTF">2026-05-27T08:15:13Z</dcterms:created>
  <dcterms:modified xsi:type="dcterms:W3CDTF">2026-05-27T08:15:13Z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