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12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  <w:jc w:val="left"/>
    </w:pPr>
    <w:rPr>
      <w:rFonts w:ascii="Cambria" w:hAnsi="Cambria" w:eastAsia="SimSun" w:cs="Cambr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  <w:jc w:val="left"/>
    </w:pPr>
    <w:rPr>
      <w:rFonts w:ascii="Cambria" w:hAnsi="Cambria" w:eastAsia="SimSun" w:cs="Cambr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  <w:jc w:val="left"/>
    </w:pPr>
    <w:rPr>
      <w:rFonts w:ascii="Cambria" w:hAnsi="Cambria" w:eastAsia="SimSun" w:cs="Cambria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  <w:jc w:val="left"/>
    </w:pPr>
    <w:rPr>
      <w:rFonts w:ascii="Cambria" w:hAnsi="Cambria" w:eastAsia="SimSun" w:cs="Cambria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  <w:jc w:val="left"/>
    </w:pPr>
    <w:rPr>
      <w:rFonts w:ascii="Cambria" w:hAnsi="Cambria" w:eastAsia="SimSun" w:cs="Cambria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="Cambria" w:hAnsi="Cambria" w:eastAsia="SimSun" w:cs="Cambr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